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במורשת – חודש חשוון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תחנות המסע של חודש חשוון ואת הנושא של 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תאריכים עבריים לאירועים ולחגים של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מורשת משפחתית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אין בו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לצאת למסע לארץ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דאגה לאחר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כמיהה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כ״ט בחשוון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לכן מכונה החודש "מר חשוון"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נח ולך לך הן שתי פרשות שונות, אך שתיהן נלמדות בתחנה הזו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חג מיוחד לעדה שמבטא געגוע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רחל אמנו היא תחנה נפרדת העוסקת בדאגה לאחר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פרויקט הסיום של החודש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לך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– התאמה בין תחנה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(חודש בלי חגים)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(בקשת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(תיבה, קשת ומסע)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(דאגה לאחר)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(כמיהה לירושלים)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– סידור התחנות לפי סדר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 חשוון – חוגגים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ותן טל ומטר – בקשת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נח ולך לך – תיבה, קשת ומסע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רחל אמנו – לדאוג לאחר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חג הסיגד – כמיהה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המסע של המשפחה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תחנה ויכתוב תוכן רלוונטי מדויק הקשור לנושא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אישי של חפץ עם סיפור או משמעות משפחתית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אין בחודש חגים 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ותן טל ומטר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כמיהה וגעגוע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כל תחנה לדף הדפסה מתאים מהאתר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 (סידור התחנות)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להתמקד בחלקים א, ג ו-ד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במורשת – חודש חשוון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בחודש חשוון יוצאים למסע מורשת עם חמש תחנות ותחנת בית. בכל תחנה לומדים על נושא אחר הקשור לחודש – מראש חודש ועד חג הסיגד.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נקרא חשוון "מר חשוון"?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אין בו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החודש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בו חוגגים את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מבקשים בתפילת "ותן טל ומטר"?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פרנסה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בנה תיבה כדי להינצל מהמבול?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אברהם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יעקב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הציווי שקיבל אברהם בפרשת לך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בית 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לצאת למסע לארץ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לבנות 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 למצרים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הסימן שהופיע בשמיים אחרי המבול?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תכונה בולטת אצל רחל אמנו בתחנה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דאגה לאחר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מבטא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כמיהה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חגיגת הקציר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תחילת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מתי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ז׳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י״א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א׳ בחשוון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בחודש חשוון אין חגים מרכזיים כמו בחודשים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ואברהם מופיעים באותה פרשה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נחגג רק אצל העדה האתיופית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אמנו מככבת בתחנה העוסקת בבקשת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תחנת הבית במסע עוסקת במסע המשפחתי האישי של כל 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חודש חשוון מכונה גם __________ חשוון כי אין בו 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נח ניצל מהמבול בעזרת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אברהם יצא למסע אל ארץ חדשה בעקבות הציווי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חג ה__________ מבטא כמיהה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רחל אמנו מלמדת אותנו על החשיבות של לדאוג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בתחנת הבית התלמידים חוקרים את המסע של ה__________ שלהם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– התאמה בין תחנה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 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תיבה, קשת ומסע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ותן טל ומטר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דאגה לאחר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נח ולך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בקשת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רחל אמנו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כמיהה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חודש בלי חגים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– סידור התחנות לפי סדר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– כמיהה לירושלים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המסע של המשפחה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אמנו – לדאוג לאחר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ותן טל ומטר – בקשת הגשם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 חשוון – חוגגים בעצמנו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ולך לך – תיבה, קשת ומסע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תחנה אחת מהמסע וכתבו שלושה משפטים על מה שלמדתם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על חפץ משפחתי מיוחד וספרו מה הסיפור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הכינוי "מר חשוון"?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תחנה עוסקת בבקשת הגשם?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חג הסיגד מבטא?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המסע במורשת – חודש חשוון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